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6727"/>
        <w:gridCol w:w="3784"/>
      </w:tblGrid>
      <w:tr>
        <w:tc>
          <w:tcPr>
            <w:tcW w:type="dxa" w:w="6728"/>
            <w:shd w:val="clear" w:color="auto" w:fill="0F172A"/>
            <w:tcBorders>
              <w:top w:val="nil"/>
              <w:left w:val="nil"/>
              <w:bottom w:val="nil"/>
              <w:right w:val="nil"/>
            </w:tcBorders>
            <w:tcMar>
              <w:top w:w="130" w:type="dxa"/>
              <w:left w:w="200" w:type="dxa"/>
              <w:bottom w:w="130" w:type="dxa"/>
              <w:right w:w="200" w:type="dxa"/>
            </w:tcMar>
          </w:tcPr>
          <w:p>
            <w:r>
              <w:rPr>
                <w:b/>
                <w:i w:val="0"/>
                <w:caps w:val="0"/>
                <w:color w:val="FFFFFF"/>
                <w:sz w:val="40"/>
              </w:rPr>
              <w:t>Time Off Request Form</w:t>
            </w:r>
          </w:p>
          <w:p>
            <w:r>
              <w:rPr>
                <w:b w:val="0"/>
                <w:i w:val="0"/>
                <w:caps w:val="0"/>
                <w:color w:val="CBD5E1"/>
                <w:sz w:val="18"/>
              </w:rPr>
              <w:t>Vacation, PTO, sick leave and other time off</w:t>
            </w:r>
          </w:p>
        </w:tc>
        <w:tc>
          <w:tcPr>
            <w:tcW w:type="dxa" w:w="3784"/>
            <w:shd w:val="clear" w:color="auto" w:fill="0F172A"/>
            <w:tcBorders>
              <w:top w:val="nil"/>
              <w:left w:val="nil"/>
              <w:bottom w:val="nil"/>
              <w:right w:val="nil"/>
            </w:tcBorders>
            <w:tcMar>
              <w:top w:w="130" w:type="dxa"/>
              <w:left w:w="200" w:type="dxa"/>
              <w:bottom w:w="130" w:type="dxa"/>
              <w:right w:w="200" w:type="dxa"/>
            </w:tcMar>
          </w:tcPr>
          <w:p>
            <w:pPr>
              <w:jc w:val="right"/>
            </w:pPr>
            <w:r>
              <w:rPr>
                <w:b/>
                <w:i w:val="0"/>
                <w:caps/>
                <w:color w:val="FBDFA6"/>
                <w:sz w:val="15"/>
              </w:rPr>
              <w:t>Date of request</w:t>
            </w:r>
          </w:p>
          <w:p>
            <w:pPr>
              <w:jc w:val="right"/>
            </w:pPr>
            <w:r>
              <w:rPr>
                <w:b w:val="0"/>
                <w:i w:val="0"/>
                <w:caps w:val="0"/>
                <w:color w:val="FFFFFF"/>
                <w:sz w:val="22"/>
              </w:rPr>
              <w:t>____ / ____ / ________</w:t>
            </w:r>
          </w:p>
        </w:tc>
      </w:tr>
    </w:tbl>
    <w:p>
      <w:pPr>
        <w:spacing w:before="140" w:after="60"/>
        <w:pBdr>
          <w:bottom w:val="single" w:sz="4" w:space="1" w:color="FBDFA6"/>
        </w:pBdr>
      </w:pPr>
      <w:r>
        <w:rPr>
          <w:b/>
          <w:i w:val="0"/>
          <w:caps/>
          <w:color w:val="B45309"/>
          <w:sz w:val="17"/>
        </w:rPr>
        <w:t>1. Employee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256"/>
        <w:gridCol w:w="5256"/>
      </w:tblGrid>
      <w:tr>
        <w:trPr>
          <w:trHeight w:val="720" w:hRule="atLeast"/>
        </w:trPr>
        <w:tc>
          <w:tcPr>
            <w:tcW w:type="dxa" w:w="5256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Employee name</w:t>
            </w:r>
          </w:p>
        </w:tc>
        <w:tc>
          <w:tcPr>
            <w:tcW w:type="dxa" w:w="5256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Employee ID (optional)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256"/>
        <w:gridCol w:w="5256"/>
      </w:tblGrid>
      <w:tr>
        <w:trPr>
          <w:trHeight w:val="720" w:hRule="atLeast"/>
        </w:trPr>
        <w:tc>
          <w:tcPr>
            <w:tcW w:type="dxa" w:w="5256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Department or team</w:t>
            </w:r>
          </w:p>
        </w:tc>
        <w:tc>
          <w:tcPr>
            <w:tcW w:type="dxa" w:w="5256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Manager</w:t>
            </w:r>
          </w:p>
        </w:tc>
      </w:tr>
    </w:tbl>
    <w:p>
      <w:pPr>
        <w:spacing w:before="140" w:after="60"/>
        <w:pBdr>
          <w:bottom w:val="single" w:sz="4" w:space="1" w:color="FBDFA6"/>
        </w:pBdr>
      </w:pPr>
      <w:r>
        <w:rPr>
          <w:b/>
          <w:i w:val="0"/>
          <w:caps/>
          <w:color w:val="B45309"/>
          <w:sz w:val="17"/>
        </w:rPr>
        <w:t>2. Dates requested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628"/>
        <w:gridCol w:w="2628"/>
        <w:gridCol w:w="2628"/>
        <w:gridCol w:w="2628"/>
      </w:tblGrid>
      <w:tr>
        <w:trPr>
          <w:trHeight w:val="720" w:hRule="atLeast"/>
        </w:trPr>
        <w:tc>
          <w:tcPr>
            <w:tcW w:type="dxa" w:w="26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First day off</w:t>
            </w:r>
          </w:p>
        </w:tc>
        <w:tc>
          <w:tcPr>
            <w:tcW w:type="dxa" w:w="26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Last day off</w:t>
            </w:r>
          </w:p>
        </w:tc>
        <w:tc>
          <w:tcPr>
            <w:tcW w:type="dxa" w:w="26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Return to work on</w:t>
            </w:r>
          </w:p>
        </w:tc>
        <w:tc>
          <w:tcPr>
            <w:tcW w:type="dxa" w:w="26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Total days or hours</w:t>
            </w:r>
          </w:p>
        </w:tc>
      </w:tr>
    </w:tbl>
    <w:p>
      <w:pPr>
        <w:spacing w:before="140" w:after="60"/>
        <w:pBdr>
          <w:bottom w:val="single" w:sz="4" w:space="1" w:color="FBDFA6"/>
        </w:pBdr>
      </w:pPr>
      <w:r>
        <w:rPr>
          <w:b/>
          <w:i w:val="0"/>
          <w:caps/>
          <w:color w:val="B45309"/>
          <w:sz w:val="17"/>
        </w:rPr>
        <w:t>3. Type of time off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628"/>
        <w:gridCol w:w="2628"/>
        <w:gridCol w:w="2628"/>
        <w:gridCol w:w="2628"/>
      </w:tblGrid>
      <w:tr>
        <w:trPr>
          <w:trHeight w:val="432" w:hRule="atLeast"/>
        </w:trPr>
        <w:tc>
          <w:tcPr>
            <w:tcW w:type="dxa" w:w="26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Vacation or PTO</w:t>
            </w:r>
          </w:p>
        </w:tc>
        <w:tc>
          <w:tcPr>
            <w:tcW w:type="dxa" w:w="26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Sick leave</w:t>
            </w:r>
          </w:p>
        </w:tc>
        <w:tc>
          <w:tcPr>
            <w:tcW w:type="dxa" w:w="26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Personal day</w:t>
            </w:r>
          </w:p>
        </w:tc>
        <w:tc>
          <w:tcPr>
            <w:tcW w:type="dxa" w:w="26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Unpaid leave</w:t>
            </w:r>
          </w:p>
        </w:tc>
      </w:tr>
      <w:tr>
        <w:trPr>
          <w:trHeight w:val="432" w:hRule="atLeast"/>
        </w:trPr>
        <w:tc>
          <w:tcPr>
            <w:tcW w:type="dxa" w:w="26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Bereavement</w:t>
            </w:r>
          </w:p>
        </w:tc>
        <w:tc>
          <w:tcPr>
            <w:tcW w:type="dxa" w:w="26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Parental or family</w:t>
            </w:r>
          </w:p>
        </w:tc>
        <w:tc>
          <w:tcPr>
            <w:tcW w:type="dxa" w:w="26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Jury or civic duty</w:t>
            </w:r>
          </w:p>
        </w:tc>
        <w:tc>
          <w:tcPr>
            <w:tcW w:type="dxa" w:w="262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Other: ____________</w:t>
            </w:r>
          </w:p>
        </w:tc>
      </w:tr>
    </w:tbl>
    <w:p>
      <w:pPr>
        <w:spacing w:before="140" w:after="60"/>
        <w:pBdr>
          <w:bottom w:val="single" w:sz="4" w:space="1" w:color="FBDFA6"/>
        </w:pBdr>
      </w:pPr>
      <w:r>
        <w:rPr>
          <w:b/>
          <w:i w:val="0"/>
          <w:caps/>
          <w:color w:val="B45309"/>
          <w:sz w:val="17"/>
        </w:rPr>
        <w:t>4. Full or partial 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12"/>
        <w:gridCol w:w="2312"/>
        <w:gridCol w:w="2312"/>
        <w:gridCol w:w="3574"/>
      </w:tblGrid>
      <w:tr>
        <w:trPr>
          <w:trHeight w:val="432" w:hRule="atLeast"/>
        </w:trPr>
        <w:tc>
          <w:tcPr>
            <w:tcW w:type="dxa" w:w="2313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Full days only</w:t>
            </w:r>
          </w:p>
        </w:tc>
        <w:tc>
          <w:tcPr>
            <w:tcW w:type="dxa" w:w="2313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Half day, morning</w:t>
            </w:r>
          </w:p>
        </w:tc>
        <w:tc>
          <w:tcPr>
            <w:tcW w:type="dxa" w:w="2313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Half day, afternoon</w:t>
            </w:r>
          </w:p>
        </w:tc>
        <w:tc>
          <w:tcPr>
            <w:tcW w:type="dxa" w:w="357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Part of a day: ____ to ____</w:t>
            </w:r>
          </w:p>
        </w:tc>
      </w:tr>
    </w:tbl>
    <w:p>
      <w:pPr>
        <w:spacing w:before="140" w:after="60"/>
        <w:pBdr>
          <w:bottom w:val="single" w:sz="4" w:space="1" w:color="FBDFA6"/>
        </w:pBdr>
      </w:pPr>
      <w:r>
        <w:rPr>
          <w:b/>
          <w:i w:val="0"/>
          <w:caps/>
          <w:color w:val="B45309"/>
          <w:sz w:val="17"/>
        </w:rPr>
        <w:t>5. Reason (optional) and employee signature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512"/>
      </w:tblGrid>
      <w:tr>
        <w:trPr>
          <w:trHeight w:val="1152" w:hRule="atLeast"/>
        </w:trPr>
        <w:tc>
          <w:tcPr>
            <w:tcW w:type="dxa" w:w="1051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Reason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Layout w:type="fixed"/>
      </w:tblPr>
      <w:tblGrid>
        <w:gridCol w:w="7148"/>
        <w:gridCol w:w="3363"/>
      </w:tblGrid>
      <w:tr>
        <w:trPr>
          <w:trHeight w:val="778" w:hRule="atLeast"/>
        </w:trPr>
        <w:tc>
          <w:tcPr>
            <w:tcW w:type="dxa" w:w="714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Employee signature</w:t>
            </w:r>
          </w:p>
        </w:tc>
        <w:tc>
          <w:tcPr>
            <w:tcW w:type="dxa" w:w="336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Date signed</w:t>
            </w:r>
          </w:p>
        </w:tc>
      </w:tr>
    </w:tbl>
    <w:p>
      <w:pPr>
        <w:spacing w:before="140" w:after="60"/>
        <w:pBdr>
          <w:bottom w:val="single" w:sz="4" w:space="1" w:color="FBDFA6"/>
        </w:pBdr>
      </w:pPr>
      <w:r>
        <w:rPr>
          <w:b/>
          <w:i w:val="0"/>
          <w:caps/>
          <w:color w:val="B45309"/>
          <w:sz w:val="17"/>
        </w:rPr>
        <w:t>6. Manager decision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503"/>
        <w:gridCol w:w="3503"/>
        <w:gridCol w:w="3503"/>
      </w:tblGrid>
      <w:tr>
        <w:trPr>
          <w:trHeight w:val="432" w:hRule="atLeast"/>
        </w:trPr>
        <w:tc>
          <w:tcPr>
            <w:tcW w:type="dxa" w:w="350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val="clear" w:color="auto" w:fill="FFF7E6"/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Approved</w:t>
            </w:r>
          </w:p>
        </w:tc>
        <w:tc>
          <w:tcPr>
            <w:tcW w:type="dxa" w:w="350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val="clear" w:color="auto" w:fill="FFF7E6"/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Approved with changes</w:t>
            </w:r>
          </w:p>
        </w:tc>
        <w:tc>
          <w:tcPr>
            <w:tcW w:type="dxa" w:w="350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val="clear" w:color="auto" w:fill="FFF7E6"/>
            <w:tcMar>
              <w:top w:w="60" w:type="dxa"/>
              <w:left w:w="100" w:type="dxa"/>
              <w:bottom w:w="60" w:type="dxa"/>
              <w:right w:w="80" w:type="dxa"/>
            </w:tcMar>
          </w:tcPr>
          <w:p>
            <w:r>
              <w:rPr>
                <w:rFonts w:ascii="Segoe UI Symbol" w:hAnsi="Segoe UI Symbol" w:eastAsia="Segoe UI Symbol" w:cs="Segoe UI Symbol"/>
                <w:b w:val="0"/>
                <w:i w:val="0"/>
                <w:caps w:val="0"/>
                <w:color w:val="0F172A"/>
                <w:sz w:val="22"/>
              </w:rPr>
              <w:t>☐</w:t>
            </w:r>
            <w:r>
              <w:rPr>
                <w:b w:val="0"/>
                <w:i w:val="0"/>
                <w:caps w:val="0"/>
                <w:color w:val="0F172A"/>
                <w:sz w:val="20"/>
              </w:rPr>
              <w:t xml:space="preserve">  Denied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512"/>
      </w:tblGrid>
      <w:tr>
        <w:trPr>
          <w:trHeight w:val="792" w:hRule="atLeast"/>
        </w:trPr>
        <w:tc>
          <w:tcPr>
            <w:tcW w:type="dxa" w:w="1051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val="clear" w:color="auto" w:fill="FFF7E6"/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Changes or reason for denial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Layout w:type="fixed"/>
      </w:tblPr>
      <w:tblGrid>
        <w:gridCol w:w="7148"/>
        <w:gridCol w:w="3363"/>
      </w:tblGrid>
      <w:tr>
        <w:trPr>
          <w:trHeight w:val="778" w:hRule="atLeast"/>
        </w:trPr>
        <w:tc>
          <w:tcPr>
            <w:tcW w:type="dxa" w:w="7148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  <w:shd w:val="clear" w:color="auto" w:fill="FFF7E6"/>
          </w:tcPr>
          <w:p>
            <w:r>
              <w:rPr>
                <w:b/>
                <w:i w:val="0"/>
                <w:caps/>
                <w:color w:val="64748B"/>
                <w:sz w:val="15"/>
              </w:rPr>
              <w:t>Manager signature</w:t>
            </w:r>
          </w:p>
        </w:tc>
        <w:tc>
          <w:tcPr>
            <w:tcW w:type="dxa" w:w="336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  <w:shd w:val="clear" w:color="auto" w:fill="FFF7E6"/>
          </w:tcPr>
          <w:p>
            <w:r>
              <w:rPr>
                <w:b/>
                <w:i w:val="0"/>
                <w:caps/>
                <w:color w:val="64748B"/>
                <w:sz w:val="15"/>
              </w:rPr>
              <w:t>Date</w:t>
            </w:r>
          </w:p>
        </w:tc>
      </w:tr>
    </w:tbl>
    <w:p>
      <w:pPr>
        <w:spacing w:before="140" w:after="60"/>
        <w:pBdr>
          <w:bottom w:val="single" w:sz="4" w:space="1" w:color="FBDFA6"/>
        </w:pBdr>
      </w:pPr>
      <w:r>
        <w:rPr>
          <w:b/>
          <w:i w:val="0"/>
          <w:caps/>
          <w:color w:val="B45309"/>
          <w:sz w:val="17"/>
        </w:rPr>
        <w:t>7. Leave balance and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503"/>
        <w:gridCol w:w="3503"/>
        <w:gridCol w:w="3503"/>
      </w:tblGrid>
      <w:tr>
        <w:trPr>
          <w:trHeight w:val="662" w:hRule="atLeast"/>
        </w:trPr>
        <w:tc>
          <w:tcPr>
            <w:tcW w:type="dxa" w:w="350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Balance before this request</w:t>
            </w:r>
          </w:p>
        </w:tc>
        <w:tc>
          <w:tcPr>
            <w:tcW w:type="dxa" w:w="350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This request</w:t>
            </w:r>
          </w:p>
        </w:tc>
        <w:tc>
          <w:tcPr>
            <w:tcW w:type="dxa" w:w="3504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Balance after this request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512"/>
      </w:tblGrid>
      <w:tr>
        <w:trPr>
          <w:trHeight w:val="1152" w:hRule="atLeast"/>
        </w:trPr>
        <w:tc>
          <w:tcPr>
            <w:tcW w:type="dxa" w:w="10512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tcMar>
              <w:top w:w="50" w:type="dxa"/>
              <w:left w:w="100" w:type="dxa"/>
              <w:bottom w:w="40" w:type="dxa"/>
              <w:right w:w="80" w:type="dxa"/>
            </w:tcMar>
          </w:tcPr>
          <w:p>
            <w:r>
              <w:rPr>
                <w:b/>
                <w:i w:val="0"/>
                <w:caps/>
                <w:color w:val="64748B"/>
                <w:sz w:val="15"/>
              </w:rPr>
              <w:t>Notes (HR or payroll use)</w:t>
            </w:r>
          </w:p>
        </w:tc>
      </w:tr>
    </w:tbl>
    <w:p>
      <w:pPr>
        <w:spacing w:before="140"/>
        <w:jc w:val="center"/>
      </w:pPr>
      <w:r>
        <w:rPr>
          <w:b w:val="0"/>
          <w:i w:val="0"/>
          <w:caps w:val="0"/>
          <w:color w:val="64748B"/>
          <w:sz w:val="16"/>
        </w:rPr>
        <w:t xml:space="preserve">Free template by LeaveCalc, </w:t>
      </w:r>
      <w:r>
        <w:rPr>
          <w:b/>
          <w:i w:val="0"/>
          <w:caps w:val="0"/>
          <w:color w:val="B45309"/>
          <w:sz w:val="16"/>
        </w:rPr>
        <w:t>leavecalc.com</w:t>
      </w:r>
      <w:r>
        <w:rPr>
          <w:b w:val="0"/>
          <w:i w:val="0"/>
          <w:caps w:val="0"/>
          <w:color w:val="64748B"/>
          <w:sz w:val="16"/>
        </w:rPr>
        <w:t>. Track requests and balances online with LeaveCalc for Employers, free for up to 3 people.</w:t>
      </w:r>
    </w:p>
    <w:sectPr w:rsidR="00FC693F" w:rsidRPr="0006063C" w:rsidSect="00034616">
      <w:pgSz w:w="12240" w:h="15840"/>
      <w:pgMar w:top="720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 Off Request Form</dc:title>
  <dc:subject>Free time off request form template</dc:subject>
  <dc:creator>LeaveCalc</dc:creator>
  <cp:keywords>leavecalc.com</cp:keywords>
  <dc:description>generated by python-docx</dc:description>
  <cp:lastModifiedBy>LeaveCalc</cp:lastModifiedBy>
  <cp:revision>1</cp:revision>
  <dcterms:created xsi:type="dcterms:W3CDTF">2026-10-01T09:00:00Z</dcterms:created>
  <dcterms:modified xsi:type="dcterms:W3CDTF">2026-10-01T09:00:00Z</dcterms:modified>
  <cp:category/>
</cp:coreProperties>
</file>