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515"/>
        <w:gridCol w:w="3665"/>
      </w:tblGrid>
      <w:tr>
        <w:tc>
          <w:tcPr>
            <w:tcW w:type="dxa" w:w="6516"/>
            <w:shd w:val="clear" w:color="auto" w:fill="0F172A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left w:w="200" w:type="dxa"/>
              <w:bottom w:w="130" w:type="dxa"/>
              <w:right w:w="200" w:type="dxa"/>
            </w:tcMar>
          </w:tcPr>
          <w:p>
            <w:r>
              <w:rPr>
                <w:b/>
                <w:i w:val="0"/>
                <w:caps w:val="0"/>
                <w:color w:val="FFFFFF"/>
                <w:sz w:val="40"/>
              </w:rPr>
              <w:t>Time Off Request Form</w:t>
            </w:r>
          </w:p>
          <w:p>
            <w:r>
              <w:rPr>
                <w:b w:val="0"/>
                <w:i w:val="0"/>
                <w:caps w:val="0"/>
                <w:color w:val="CBD5E1"/>
                <w:sz w:val="18"/>
              </w:rPr>
              <w:t>Vacation, PTO, sick leave and other time off</w:t>
            </w:r>
          </w:p>
        </w:tc>
        <w:tc>
          <w:tcPr>
            <w:tcW w:type="dxa" w:w="3665"/>
            <w:shd w:val="clear" w:color="auto" w:fill="0F172A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left w:w="200" w:type="dxa"/>
              <w:bottom w:w="130" w:type="dxa"/>
              <w:right w:w="200" w:type="dxa"/>
            </w:tcMar>
          </w:tcPr>
          <w:p>
            <w:pPr>
              <w:jc w:val="right"/>
            </w:pPr>
            <w:r>
              <w:rPr>
                <w:b/>
                <w:i w:val="0"/>
                <w:caps/>
                <w:color w:val="FBDFA6"/>
                <w:sz w:val="15"/>
              </w:rPr>
              <w:t>Date of request</w:t>
            </w:r>
          </w:p>
          <w:p>
            <w:pPr>
              <w:jc w:val="right"/>
            </w:pPr>
            <w:r>
              <w:rPr>
                <w:b w:val="0"/>
                <w:i w:val="0"/>
                <w:caps w:val="0"/>
                <w:color w:val="FFFFFF"/>
                <w:sz w:val="22"/>
              </w:rPr>
              <w:t>____ / ____ / ________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1. Employee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90"/>
        <w:gridCol w:w="5090"/>
      </w:tblGrid>
      <w:tr>
        <w:trPr>
          <w:trHeight w:val="720" w:hRule="atLeast"/>
        </w:trPr>
        <w:tc>
          <w:tcPr>
            <w:tcW w:type="dxa" w:w="509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name</w:t>
            </w:r>
          </w:p>
        </w:tc>
        <w:tc>
          <w:tcPr>
            <w:tcW w:type="dxa" w:w="509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ID (optional)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90"/>
        <w:gridCol w:w="5090"/>
      </w:tblGrid>
      <w:tr>
        <w:trPr>
          <w:trHeight w:val="720" w:hRule="atLeast"/>
        </w:trPr>
        <w:tc>
          <w:tcPr>
            <w:tcW w:type="dxa" w:w="509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Department or team</w:t>
            </w:r>
          </w:p>
        </w:tc>
        <w:tc>
          <w:tcPr>
            <w:tcW w:type="dxa" w:w="509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Manager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2. Dates requested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45"/>
        <w:gridCol w:w="2545"/>
        <w:gridCol w:w="2545"/>
        <w:gridCol w:w="2545"/>
      </w:tblGrid>
      <w:tr>
        <w:trPr>
          <w:trHeight w:val="720" w:hRule="atLeast"/>
        </w:trPr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First day off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Last day off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Return to work on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Total days or hours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3. Type of time 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45"/>
        <w:gridCol w:w="2545"/>
        <w:gridCol w:w="2545"/>
        <w:gridCol w:w="2545"/>
      </w:tblGrid>
      <w:tr>
        <w:trPr>
          <w:trHeight w:val="432" w:hRule="atLeast"/>
        </w:trPr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Vacation or PTO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Sick leave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Personal day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Unpaid leave</w:t>
            </w:r>
          </w:p>
        </w:tc>
      </w:tr>
      <w:tr>
        <w:trPr>
          <w:trHeight w:val="432" w:hRule="atLeast"/>
        </w:trPr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Bereavement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Parental or family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Jury or civic duty</w:t>
            </w:r>
          </w:p>
        </w:tc>
        <w:tc>
          <w:tcPr>
            <w:tcW w:type="dxa" w:w="254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Other: ____________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4. Full or partial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2239"/>
        <w:gridCol w:w="2239"/>
        <w:gridCol w:w="3461"/>
      </w:tblGrid>
      <w:tr>
        <w:trPr>
          <w:trHeight w:val="432" w:hRule="atLeast"/>
        </w:trPr>
        <w:tc>
          <w:tcPr>
            <w:tcW w:type="dxa" w:w="224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Full days only</w:t>
            </w:r>
          </w:p>
        </w:tc>
        <w:tc>
          <w:tcPr>
            <w:tcW w:type="dxa" w:w="224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Half day, morning</w:t>
            </w:r>
          </w:p>
        </w:tc>
        <w:tc>
          <w:tcPr>
            <w:tcW w:type="dxa" w:w="224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Half day, afternoon</w:t>
            </w:r>
          </w:p>
        </w:tc>
        <w:tc>
          <w:tcPr>
            <w:tcW w:type="dxa" w:w="34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Part of a day: ____ to 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5. Reason (optional) and employee 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180"/>
      </w:tblGrid>
      <w:tr>
        <w:trPr>
          <w:trHeight w:val="1152" w:hRule="atLeast"/>
        </w:trPr>
        <w:tc>
          <w:tcPr>
            <w:tcW w:type="dxa" w:w="101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Reason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Layout w:type="fixed"/>
      </w:tblPr>
      <w:tblGrid>
        <w:gridCol w:w="6922"/>
        <w:gridCol w:w="3257"/>
      </w:tblGrid>
      <w:tr>
        <w:trPr>
          <w:trHeight w:val="778" w:hRule="atLeast"/>
        </w:trPr>
        <w:tc>
          <w:tcPr>
            <w:tcW w:type="dxa" w:w="692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signature</w:t>
            </w:r>
          </w:p>
        </w:tc>
        <w:tc>
          <w:tcPr>
            <w:tcW w:type="dxa" w:w="325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Date signed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6. Manager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93"/>
        <w:gridCol w:w="3393"/>
        <w:gridCol w:w="3393"/>
      </w:tblGrid>
      <w:tr>
        <w:trPr>
          <w:trHeight w:val="432" w:hRule="atLeast"/>
        </w:trPr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Approved</w:t>
            </w:r>
          </w:p>
        </w:tc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Approved with changes</w:t>
            </w:r>
          </w:p>
        </w:tc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Denied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180"/>
      </w:tblGrid>
      <w:tr>
        <w:trPr>
          <w:trHeight w:val="792" w:hRule="atLeast"/>
        </w:trPr>
        <w:tc>
          <w:tcPr>
            <w:tcW w:type="dxa" w:w="101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Changes or reason for denial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Layout w:type="fixed"/>
      </w:tblPr>
      <w:tblGrid>
        <w:gridCol w:w="6922"/>
        <w:gridCol w:w="3257"/>
      </w:tblGrid>
      <w:tr>
        <w:trPr>
          <w:trHeight w:val="778" w:hRule="atLeast"/>
        </w:trPr>
        <w:tc>
          <w:tcPr>
            <w:tcW w:type="dxa" w:w="692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  <w:shd w:val="clear" w:color="auto" w:fill="FFF7E6"/>
          </w:tcPr>
          <w:p>
            <w:r>
              <w:rPr>
                <w:b/>
                <w:i w:val="0"/>
                <w:caps/>
                <w:color w:val="64748B"/>
                <w:sz w:val="15"/>
              </w:rPr>
              <w:t>Manager signature</w:t>
            </w:r>
          </w:p>
        </w:tc>
        <w:tc>
          <w:tcPr>
            <w:tcW w:type="dxa" w:w="325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  <w:shd w:val="clear" w:color="auto" w:fill="FFF7E6"/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Date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7. Leave balance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93"/>
        <w:gridCol w:w="3393"/>
        <w:gridCol w:w="3393"/>
      </w:tblGrid>
      <w:tr>
        <w:trPr>
          <w:trHeight w:val="662" w:hRule="atLeast"/>
        </w:trPr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Balance before this request</w:t>
            </w:r>
          </w:p>
        </w:tc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This request</w:t>
            </w:r>
          </w:p>
        </w:tc>
        <w:tc>
          <w:tcPr>
            <w:tcW w:type="dxa" w:w="339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Balance after this request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180"/>
      </w:tblGrid>
      <w:tr>
        <w:trPr>
          <w:trHeight w:val="1152" w:hRule="atLeast"/>
        </w:trPr>
        <w:tc>
          <w:tcPr>
            <w:tcW w:type="dxa" w:w="101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Notes (HR or payroll use)</w:t>
            </w:r>
          </w:p>
        </w:tc>
      </w:tr>
    </w:tbl>
    <w:p>
      <w:pPr>
        <w:spacing w:before="140"/>
        <w:jc w:val="center"/>
      </w:pPr>
      <w:r>
        <w:rPr>
          <w:b w:val="0"/>
          <w:i w:val="0"/>
          <w:caps w:val="0"/>
          <w:color w:val="64748B"/>
          <w:sz w:val="16"/>
        </w:rPr>
        <w:t xml:space="preserve">Free template by LeaveCalc, </w:t>
      </w:r>
      <w:r>
        <w:rPr>
          <w:b/>
          <w:i w:val="0"/>
          <w:caps w:val="0"/>
          <w:color w:val="B45309"/>
          <w:sz w:val="16"/>
        </w:rPr>
        <w:t>leavecalc.com</w:t>
      </w:r>
      <w:r>
        <w:rPr>
          <w:b w:val="0"/>
          <w:i w:val="0"/>
          <w:caps w:val="0"/>
          <w:color w:val="64748B"/>
          <w:sz w:val="16"/>
        </w:rPr>
        <w:t>. Track requests and balances online with LeaveCalc for Employers, free for up to 3 people.</w:t>
      </w:r>
    </w:p>
    <w:sectPr w:rsidR="00FC693F" w:rsidRPr="0006063C" w:rsidSect="00034616">
      <w:pgSz w:w="11909" w:h="16834"/>
      <w:pgMar w:top="720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Off Request Form</dc:title>
  <dc:subject>Free time off request form template</dc:subject>
  <dc:creator>LeaveCalc</dc:creator>
  <cp:keywords>leavecalc.com</cp:keywords>
  <dc:description>generated by python-docx</dc:description>
  <cp:lastModifiedBy>LeaveCalc</cp:lastModifiedBy>
  <cp:revision>1</cp:revision>
  <dcterms:created xsi:type="dcterms:W3CDTF">2026-10-01T09:00:00Z</dcterms:created>
  <dcterms:modified xsi:type="dcterms:W3CDTF">2026-10-01T09:00:00Z</dcterms:modified>
  <cp:category/>
</cp:coreProperties>
</file>